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–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הקשורים למנהיגות ולערכים של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המשמעות של מילים כמו צניעות, כבוד האדם ושלום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מושגים להגדרות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לא להתרברב ולא לחפש 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מי שמוביל אנשים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להתייחס לכל אדם כחשוב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המקום שבו מחוקקים את החוקים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מה שמחליטים יחד וחותמים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לחיות בלי מלחמה, בהסכמה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(מי שמוביל אנשים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(המקום שבו מחוקקים את החוקים)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(מה שמחליטים יחד וחותמים עליו)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(לא להתרברב ולא לחפש כבוד)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(להתייחס לכל אדם כחשוב)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(לחיות בלי מלחמה, בהסכמה)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צניעות היא אחד הערכים המזוהים עם בגין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צניעות היא ההפך - לא להתרברב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בגין היה מעורב בהסכם שלום 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הכנסת היא המקום שבו מחוקקים חוקים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ההגדרה של כבוד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שלום הוא היפך המלחמה - חיים בהסכמה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מנהיג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צניעות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כבוד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מנהיג צנוע שם את טובת האנשים לפניו ולא מחפש כבוד לעצמו, מה שמביא לאמון רב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להקשיב לחבר, לא לצחוק על מישהו שונה, לעזור למי שצריך עזרה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מנהיג מוביל ומקבל החלטות עבור 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צניעות - לא להתרברב, חשובה כי מראה ענווה וכבוד לאחרים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הסכם שלום בין מדינות או אנשים שמביא להפסקת סכסוך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במשחק ההתאמה בכיתה כהכנה לדף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בדוגמאות מהחיים לצניעות ולכבוד האדם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בחלקים המסומנים כקלים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–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מנחם בגין היה מנהיג חשוב בישראל. הוא היה צנוע וכיבד אנשים. הוא עזר להביא שלום. נלמד מילים חשובות עליו.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מנהיג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שמוביל אנשים 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כנסת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מחוקקים את החוקים בישראל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הסכם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שמחליטים יחד וחותמים עליו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צניעות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להתרברב ולא לחפש כבוד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כבוד האדם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להתייחס לכל אדם כחשוב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לחיות בלי מלחמה, בהסכמה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להיות צנוע?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להתרברב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להתרברב ולא לחפש 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בקול 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לרצות להיות מפורסם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עושה מנהיג?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 שמוביל אנשים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שלא עובד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שגר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שאוהב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המשמעות של לכבד אדם?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להתעלם מאנשים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להתייחס לכל אדם כחשוב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לצחוק על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לדבר רק עם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מחוקקים חוקים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מקום לבישול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המקום שבו מחוקקים את החוקים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חולים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כשחותמים הסכם?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ריב בין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שמחליטים יחד וחותמים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המשמעות של שלום בין מדינות?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מלחמה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לחיות בלי מלחמה, בהסכמה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ריב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מאחרים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מנהיג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לחיות בלי מלחמה, בהסכמה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כנסת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להתייחס לכל אדם כחשוב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הסכם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המקום שבו מחוקקים את החוקים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צניעות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 שמחליטים יחד וחותמים עליו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כבוד האדם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 שמוביל אנשים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לא להתרברב ולא לחפש כבוד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היה ידוע בזכות צניעותו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צניעות פירושה לחפש כבוד ותשומת לב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תרם לקידום הסכם שלום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הכנסת היא מקום שבו מבשלים אוכל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כבוד האדם פירושו להתייחס לכל אדם כחשוב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שלום פירושו מלחמה מתמשכת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 שמוביל אנשים אחרים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המקום שבו מחוקקים את החוקים בישראל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מה שמחליטים יחד וחותמים עליו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לא להתרברב ולא לחפש כבוד זו תכונה שנקראת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להתייחס לכל אדם כחשוב זה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לחיות בלי מלחמה ובהסכמה זה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חשוב שמנהיג יהיה צנוע?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למצב שבו אפשר להראות כבוד האדם כלפי מישהו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מנהיג לבין אדם רגיל?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צניעות ולמה היא חשובה אצל מנהיג?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להסכם שמביא 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מנחם בגין – מנהיגות, צניעות ושלום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