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למנהיגות ולערכים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המשמעות של מילים כמו צניעות, כבוד האדם ושלום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מושגים להגדרות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להתרברב ולא לחפש 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 שמוביל אנשים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להתייחס לכל אדם כחשוב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המקום שבו מחוקקים את 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מה שמחליטים יחד וחותמים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לחיות בלי מלחמה, בהסכמה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שמוביל 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(המקום שבו מחוקקים את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שמחליטים יחד וחותמים עליו)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להתרברב ולא לחפש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(להתייחס לכל אדם כחשוב)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(לחיות בלי מלחמה, בהסכמה)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צניעות היא אחד הערכים המזוהים עם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צניעות היא ההפך -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בגין היה מעורב בהסכם שלום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הכנסת היא המקום שבו מחוקקים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כבוד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שלום הוא היפך המלחמה - חיים בהסכמה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כבוד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 צנוע שם את טובת האנשים לפניו ולא מחפש כבוד לעצמו, מה שמביא לאמון רב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להקשיב לחבר, לא לצחוק על מישהו שונה, לעזור למי שצריך עזרה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מנהיג מוביל ומקבל החלטות עבור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צניעות - לא להתרברב, חשובה כי מראה ענווה וכבוד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הסכם שלום בין מדינות או אנשים שמביא להפסקת סכסוך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ההתאמה בכיתה כהכנה לדף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בדוגמאות מהחיים לצניעות ולכבוד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המסומנים כקלים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מנחם בגין –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מנחם בגין היה מנהיג ישראלי שידוע בזכות צניעותו, כבודו לאדם, ותרומתו להסכם שלום. בדף הזה נתרגל את המושגים הקשורים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צניעות?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להתרברב ולא לחפש 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לרצות להיות מפורסם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מנהיג?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שמוביל אנשים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שלא עובד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שגר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שאוהב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כבוד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להתייחס לכל אדם כחשוב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לצחוק על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רק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המקום שבו מחוקקים את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הסכם?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שמחליטים יחד וחותמים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לחיות בלי מלחמה, בהסכמה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מאחרים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שמחליטים יחד וחותמים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לחיות בלי מלחמה, בהסכמה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הסכם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להתרברב ולא לחפש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להתייחס לכל אדם כחשוב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שמוביל 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המקום שבו מחוקקים את החוקים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ידוע בזכות צניעותו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צניעות פירושה לחפש כבוד ותשומת 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תרם לקידום הסכם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היא מקום שבו מבשלים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האדם פירושו להתייחס לכל אדם כחשוב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שלום פירושו מלחמה מתמשכת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שמוביל אנשים אחרים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המקום שבו מחוקקים את החוקים בישראל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מה שמחליטים יחד וחותמים עליו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לא להתרברב ולא לחפש כבוד זו תכונה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להתייחס לכל אדם כחשוב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לחיות בלי מלחמה ובהסכמה זה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שמנהיג יהיה צנוע?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שבו אפשר להראות כבוד האדם כלפי מישהו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מנהיג לבין אדם 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צניעות ולמה היא חשובה אצל מנהיג?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להסכם שמביא 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מנחם בגין –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